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______________________________ (должность руководителя)</w:t>
      </w:r>
    </w:p>
    <w:p>
      <w:pPr>
        <w:jc w:val="right"/>
      </w:pPr>
      <w:r>
        <w:t>______________________________ (название организации)</w:t>
      </w:r>
    </w:p>
    <w:p>
      <w:pPr>
        <w:jc w:val="right"/>
      </w:pPr>
      <w:r>
        <w:t>______________________________ (ФИО руководителя)</w:t>
      </w:r>
    </w:p>
    <w:p>
      <w:pPr>
        <w:jc w:val="right"/>
      </w:pPr>
      <w:r>
        <w:t>от ___________________________ (должность)</w:t>
      </w:r>
    </w:p>
    <w:p>
      <w:pPr>
        <w:jc w:val="right"/>
      </w:pPr>
      <w:r>
        <w:t>______________________________ (ФИО работника)</w:t>
      </w:r>
    </w:p>
    <w:p/>
    <w:p>
      <w:pPr>
        <w:jc w:val="center"/>
      </w:pPr>
      <w:r>
        <w:t>Заявление</w:t>
      </w:r>
    </w:p>
    <w:p>
      <w:r>
        <w:t>Прошу предоставить мне ежегодный основной оплачиваемый отпуск с «___» ____________ 20___ г. на ____ календарных дней.</w:t>
      </w:r>
    </w:p>
    <w:p/>
    <w:p>
      <w:r>
        <w:t>«___» ____________ 20___ г.                    ____________ / ____________________</w:t>
      </w:r>
    </w:p>
    <w:p/>
    <w:p>
      <w:r>
        <w:rPr>
          <w:sz w:val="20"/>
        </w:rPr>
        <w:t>Заполнить автоматически под свои даты: slidy.ai → «Заявление на отпуск»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